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FA6B6" w14:textId="77777777" w:rsidR="00C46557" w:rsidRDefault="00000000">
      <w:pPr>
        <w:jc w:val="center"/>
      </w:pPr>
      <w:r>
        <w:rPr>
          <w:b/>
          <w:color w:val="222222"/>
          <w:sz w:val="22"/>
        </w:rPr>
        <w:t>ARMSTRONG SPALLUMCHEEN CHAMBER OF COMMERCE</w:t>
      </w:r>
    </w:p>
    <w:p w14:paraId="4C4B5D19" w14:textId="77777777" w:rsidR="00C46557" w:rsidRPr="00AA58DE" w:rsidRDefault="00000000">
      <w:pPr>
        <w:jc w:val="center"/>
        <w:rPr>
          <w:sz w:val="32"/>
          <w:szCs w:val="32"/>
        </w:rPr>
      </w:pPr>
      <w:r w:rsidRPr="00AA58DE">
        <w:rPr>
          <w:b/>
          <w:color w:val="E85D04"/>
          <w:sz w:val="32"/>
          <w:szCs w:val="32"/>
        </w:rPr>
        <w:t>Discover Downtown – Harvest Pumpkin Festival Edition</w:t>
      </w:r>
    </w:p>
    <w:p w14:paraId="023F5EC7" w14:textId="77777777" w:rsidR="00C46557" w:rsidRPr="00AA58DE" w:rsidRDefault="00000000">
      <w:pPr>
        <w:jc w:val="center"/>
        <w:rPr>
          <w:sz w:val="32"/>
          <w:szCs w:val="32"/>
        </w:rPr>
      </w:pPr>
      <w:r w:rsidRPr="00AA58DE">
        <w:rPr>
          <w:b/>
          <w:color w:val="5C7A29"/>
          <w:sz w:val="32"/>
          <w:szCs w:val="32"/>
        </w:rPr>
        <w:t>SCARECROWS ON THE STREET TRAIL</w:t>
      </w:r>
    </w:p>
    <w:p w14:paraId="786A4BC3" w14:textId="77777777" w:rsidR="00C46557" w:rsidRDefault="00000000">
      <w:r>
        <w:t>Our much-loved Scarecrows on the Street is becoming part of this year’s Discover Downtown – Harvest Pumpkin Festival Edition. Participating businesses and organizations will create and display a harvest-themed scarecrow and become a stop on the Scarecrows on the Street Trail.</w:t>
      </w:r>
    </w:p>
    <w:p w14:paraId="20E973B3" w14:textId="77777777" w:rsidR="00C46557" w:rsidRDefault="00000000">
      <w:pPr>
        <w:spacing w:before="160"/>
      </w:pPr>
      <w:r>
        <w:rPr>
          <w:b/>
          <w:color w:val="E85D04"/>
          <w:sz w:val="24"/>
        </w:rPr>
        <w:t>How it works</w:t>
      </w:r>
    </w:p>
    <w:p w14:paraId="3708573F" w14:textId="77777777" w:rsidR="00C46557" w:rsidRDefault="00000000">
      <w:pPr>
        <w:pStyle w:val="ListBullet"/>
        <w:spacing w:after="80"/>
      </w:pPr>
      <w:r>
        <w:t>Create a harvest-themed display that includes at least one handmade scarecrow — no size limit!</w:t>
      </w:r>
    </w:p>
    <w:p w14:paraId="5607CEB9" w14:textId="77777777" w:rsidR="00C46557" w:rsidRDefault="00000000">
      <w:pPr>
        <w:pStyle w:val="ListBullet"/>
        <w:spacing w:after="80"/>
      </w:pPr>
      <w:r>
        <w:t>Give your scarecrow a NAME. Visitors will use the Discover Downtown trail to find participating scarecrows and record their names.</w:t>
      </w:r>
    </w:p>
    <w:p w14:paraId="049269F3" w14:textId="77777777" w:rsidR="00C46557" w:rsidRDefault="00000000">
      <w:pPr>
        <w:pStyle w:val="ListBullet"/>
        <w:spacing w:after="80"/>
      </w:pPr>
      <w:r>
        <w:t>Each participating location will receive a numbered trail marker to display with its scarecrow.</w:t>
      </w:r>
    </w:p>
    <w:p w14:paraId="7FF7417A" w14:textId="77777777" w:rsidR="00C46557" w:rsidRDefault="00000000">
      <w:pPr>
        <w:pStyle w:val="ListBullet"/>
        <w:spacing w:after="80"/>
      </w:pPr>
      <w:r>
        <w:t>Visitors will be invited to vote for a People’s Choice Scarecrow and enter the Discover Downtown prize draw.</w:t>
      </w:r>
    </w:p>
    <w:p w14:paraId="4B97D9FC" w14:textId="77777777" w:rsidR="00C46557" w:rsidRDefault="00000000">
      <w:pPr>
        <w:pStyle w:val="ListBullet"/>
        <w:spacing w:after="80"/>
      </w:pPr>
      <w:r>
        <w:t>Participating locations may also collect non-perishable food for the local Food Bank as part of a separate Food Bank Challenge.</w:t>
      </w:r>
    </w:p>
    <w:p w14:paraId="1B926B58" w14:textId="77777777" w:rsidR="00C46557" w:rsidRDefault="00000000">
      <w:pPr>
        <w:spacing w:after="80"/>
      </w:pPr>
      <w:r>
        <w:rPr>
          <w:b/>
          <w:color w:val="5C7A29"/>
        </w:rPr>
        <w:t xml:space="preserve">Need a scarecrow? </w:t>
      </w:r>
      <w:r>
        <w:t>Let us know. We may be able to connect businesses with a youth group or school class willing to build one. Or make it a fun team-building project with your staff!</w:t>
      </w:r>
    </w:p>
    <w:p w14:paraId="5B2CDDCB" w14:textId="77777777" w:rsidR="00C46557" w:rsidRDefault="00000000">
      <w:pPr>
        <w:spacing w:before="160"/>
      </w:pPr>
      <w:r>
        <w:rPr>
          <w:b/>
          <w:color w:val="E85D04"/>
          <w:sz w:val="24"/>
        </w:rPr>
        <w:t>Important dates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08"/>
        <w:gridCol w:w="4986"/>
      </w:tblGrid>
      <w:tr w:rsidR="00C46557" w14:paraId="65BA71D6" w14:textId="77777777">
        <w:trPr>
          <w:jc w:val="center"/>
        </w:trPr>
        <w:tc>
          <w:tcPr>
            <w:tcW w:w="5184" w:type="dxa"/>
            <w:shd w:val="clear" w:color="auto" w:fill="FFF7ED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634591E1" w14:textId="77777777" w:rsidR="00C46557" w:rsidRDefault="00000000">
            <w:pPr>
              <w:spacing w:after="20" w:line="252" w:lineRule="auto"/>
            </w:pPr>
            <w:r>
              <w:rPr>
                <w:b/>
              </w:rPr>
              <w:t>Register by: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EFA5C78" w14:textId="77777777" w:rsidR="00C46557" w:rsidRDefault="00000000">
            <w:pPr>
              <w:spacing w:after="20" w:line="252" w:lineRule="auto"/>
            </w:pPr>
            <w:r>
              <w:t>Friday, September 25, 2026</w:t>
            </w:r>
          </w:p>
        </w:tc>
      </w:tr>
      <w:tr w:rsidR="00C46557" w14:paraId="394507A6" w14:textId="77777777">
        <w:trPr>
          <w:jc w:val="center"/>
        </w:trPr>
        <w:tc>
          <w:tcPr>
            <w:tcW w:w="5184" w:type="dxa"/>
            <w:shd w:val="clear" w:color="auto" w:fill="FFF7ED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CADFD87" w14:textId="77777777" w:rsidR="00C46557" w:rsidRDefault="00000000">
            <w:pPr>
              <w:spacing w:after="20" w:line="252" w:lineRule="auto"/>
            </w:pPr>
            <w:r>
              <w:rPr>
                <w:b/>
              </w:rPr>
              <w:t>Scarecrows ready/displayed by: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79E3F543" w14:textId="33E4D0A3" w:rsidR="00C46557" w:rsidRDefault="00AA58DE">
            <w:pPr>
              <w:spacing w:after="20" w:line="252" w:lineRule="auto"/>
            </w:pPr>
            <w:r>
              <w:t>Thursday October 1 2026</w:t>
            </w:r>
          </w:p>
        </w:tc>
      </w:tr>
      <w:tr w:rsidR="00C46557" w14:paraId="2FE22CAA" w14:textId="77777777">
        <w:trPr>
          <w:jc w:val="center"/>
        </w:trPr>
        <w:tc>
          <w:tcPr>
            <w:tcW w:w="5184" w:type="dxa"/>
            <w:shd w:val="clear" w:color="auto" w:fill="FFF7ED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28432BF8" w14:textId="77777777" w:rsidR="00C46557" w:rsidRDefault="00000000">
            <w:pPr>
              <w:spacing w:after="20" w:line="252" w:lineRule="auto"/>
            </w:pPr>
            <w:r>
              <w:rPr>
                <w:b/>
              </w:rPr>
              <w:t>Harvest Pumpkin Festival: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33FA9991" w14:textId="77777777" w:rsidR="00C46557" w:rsidRDefault="00000000">
            <w:pPr>
              <w:spacing w:after="20" w:line="252" w:lineRule="auto"/>
            </w:pPr>
            <w:r>
              <w:t>October 2–12, 2026</w:t>
            </w:r>
          </w:p>
        </w:tc>
      </w:tr>
      <w:tr w:rsidR="00C46557" w14:paraId="685853B1" w14:textId="77777777">
        <w:trPr>
          <w:jc w:val="center"/>
        </w:trPr>
        <w:tc>
          <w:tcPr>
            <w:tcW w:w="5184" w:type="dxa"/>
            <w:shd w:val="clear" w:color="auto" w:fill="FFF7ED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12D83932" w14:textId="77777777" w:rsidR="00C46557" w:rsidRDefault="00000000">
            <w:pPr>
              <w:spacing w:after="20" w:line="252" w:lineRule="auto"/>
            </w:pPr>
            <w:r>
              <w:rPr>
                <w:b/>
              </w:rPr>
              <w:t>People’s Choice / trail details:</w:t>
            </w:r>
          </w:p>
        </w:tc>
        <w:tc>
          <w:tcPr>
            <w:tcW w:w="5184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0C16F8ED" w14:textId="77777777" w:rsidR="00C46557" w:rsidRDefault="00000000">
            <w:pPr>
              <w:spacing w:after="20" w:line="252" w:lineRule="auto"/>
            </w:pPr>
            <w:r>
              <w:t>Final voting and prize deadlines will be provided to participating businesses.</w:t>
            </w:r>
          </w:p>
        </w:tc>
      </w:tr>
    </w:tbl>
    <w:p w14:paraId="1F8FA4F7" w14:textId="77777777" w:rsidR="00C46557" w:rsidRDefault="00C46557">
      <w:pPr>
        <w:spacing w:after="80"/>
      </w:pPr>
    </w:p>
    <w:p w14:paraId="64B84E47" w14:textId="77777777" w:rsidR="00C46557" w:rsidRDefault="00000000">
      <w:pPr>
        <w:spacing w:after="80"/>
        <w:jc w:val="center"/>
      </w:pPr>
      <w:r>
        <w:rPr>
          <w:b/>
          <w:color w:val="5C7A29"/>
          <w:sz w:val="22"/>
        </w:rPr>
        <w:t>Every participating business/organization will also be entered in a participant prize draw!</w:t>
      </w:r>
    </w:p>
    <w:p w14:paraId="0D9FDCA0" w14:textId="77777777" w:rsidR="00C46557" w:rsidRDefault="00000000">
      <w:pPr>
        <w:spacing w:before="160"/>
      </w:pPr>
      <w:r>
        <w:rPr>
          <w:b/>
          <w:color w:val="E85D04"/>
          <w:sz w:val="26"/>
        </w:rPr>
        <w:t>REGISTRATION</w:t>
      </w:r>
    </w:p>
    <w:p w14:paraId="48DFB001" w14:textId="1A2DDF46" w:rsidR="00C46557" w:rsidRDefault="00000000" w:rsidP="00AA58DE">
      <w:pPr>
        <w:spacing w:after="140" w:line="276" w:lineRule="auto"/>
      </w:pPr>
      <w:r>
        <w:rPr>
          <w:b/>
        </w:rPr>
        <w:t xml:space="preserve">Business / Organization Name:  </w:t>
      </w:r>
    </w:p>
    <w:p w14:paraId="09EE861A" w14:textId="13D95B82" w:rsidR="00C46557" w:rsidRDefault="00000000" w:rsidP="00AA58DE">
      <w:pPr>
        <w:spacing w:after="140" w:line="276" w:lineRule="auto"/>
      </w:pPr>
      <w:r>
        <w:rPr>
          <w:b/>
        </w:rPr>
        <w:t xml:space="preserve">Contact Person:  </w:t>
      </w:r>
      <w:r w:rsidR="00AA58DE">
        <w:rPr>
          <w:b/>
        </w:rPr>
        <w:tab/>
      </w:r>
      <w:r w:rsidR="00AA58DE">
        <w:rPr>
          <w:b/>
        </w:rPr>
        <w:tab/>
      </w:r>
      <w:r w:rsidR="00AA58DE">
        <w:rPr>
          <w:b/>
        </w:rPr>
        <w:tab/>
      </w:r>
      <w:r w:rsidR="00AA58DE">
        <w:t xml:space="preserve">        </w:t>
      </w:r>
      <w:r w:rsidR="00AA58DE">
        <w:tab/>
      </w:r>
      <w:r w:rsidR="00AA58DE">
        <w:tab/>
      </w:r>
      <w:r>
        <w:rPr>
          <w:b/>
        </w:rPr>
        <w:t xml:space="preserve">Email:  </w:t>
      </w:r>
    </w:p>
    <w:p w14:paraId="43C936C1" w14:textId="1E91C108" w:rsidR="00C46557" w:rsidRDefault="00000000" w:rsidP="00AA58DE">
      <w:pPr>
        <w:spacing w:after="140" w:line="276" w:lineRule="auto"/>
      </w:pPr>
      <w:r>
        <w:rPr>
          <w:b/>
        </w:rPr>
        <w:t xml:space="preserve">Scarecrow Name (can be provided later):  </w:t>
      </w:r>
    </w:p>
    <w:p w14:paraId="1946659A" w14:textId="77777777" w:rsidR="00C46557" w:rsidRDefault="00000000" w:rsidP="00AA58DE">
      <w:pPr>
        <w:spacing w:before="100" w:line="276" w:lineRule="auto"/>
      </w:pPr>
      <w:r>
        <w:rPr>
          <w:b/>
        </w:rPr>
        <w:t xml:space="preserve">Food Bank Challenge: </w:t>
      </w:r>
      <w:r>
        <w:t>☐ Yes, we would like to collect non-perishable food at our location    ☐ Not this year</w:t>
      </w:r>
    </w:p>
    <w:p w14:paraId="3A56FA99" w14:textId="77777777" w:rsidR="00AA58DE" w:rsidRDefault="00000000" w:rsidP="00AA58DE">
      <w:pPr>
        <w:spacing w:before="100" w:line="276" w:lineRule="auto"/>
      </w:pPr>
      <w:r>
        <w:rPr>
          <w:b/>
        </w:rPr>
        <w:t xml:space="preserve">Scarecrow help: </w:t>
      </w:r>
      <w:r>
        <w:t>☐ We will make our own    ☐ Please contact us — we may need help</w:t>
      </w:r>
      <w:r w:rsidR="00AA58DE">
        <w:t xml:space="preserve">! </w:t>
      </w:r>
    </w:p>
    <w:p w14:paraId="76FD450B" w14:textId="35D8966D" w:rsidR="00C46557" w:rsidRDefault="00000000" w:rsidP="00AA58DE">
      <w:pPr>
        <w:spacing w:before="100" w:line="276" w:lineRule="auto"/>
        <w:rPr>
          <w:b/>
        </w:rPr>
      </w:pPr>
      <w:r>
        <w:rPr>
          <w:b/>
        </w:rPr>
        <w:t>Anything else we should know?</w:t>
      </w:r>
    </w:p>
    <w:p w14:paraId="78B81FC2" w14:textId="77777777" w:rsidR="00AA58DE" w:rsidRDefault="00AA58DE" w:rsidP="00AA58DE">
      <w:pPr>
        <w:spacing w:before="100" w:line="276" w:lineRule="auto"/>
        <w:rPr>
          <w:b/>
        </w:rPr>
      </w:pPr>
    </w:p>
    <w:p w14:paraId="0CFF8F08" w14:textId="77777777" w:rsidR="00AA58DE" w:rsidRDefault="00AA58DE" w:rsidP="00AA58DE">
      <w:pPr>
        <w:spacing w:before="100" w:line="276" w:lineRule="auto"/>
        <w:rPr>
          <w:b/>
        </w:rPr>
      </w:pPr>
    </w:p>
    <w:p w14:paraId="1B5C129A" w14:textId="77777777" w:rsidR="00AA58DE" w:rsidRDefault="00AA58DE" w:rsidP="00AA58DE">
      <w:pPr>
        <w:spacing w:before="100" w:line="276" w:lineRule="auto"/>
      </w:pPr>
    </w:p>
    <w:p w14:paraId="11952DA8" w14:textId="36425D1C" w:rsidR="00C46557" w:rsidRDefault="00000000">
      <w:pPr>
        <w:jc w:val="center"/>
      </w:pPr>
      <w:r>
        <w:rPr>
          <w:b/>
        </w:rPr>
        <w:t>Return to the Armstrong Spallumcheen Chamber of Commerce &amp; Visitor Centre</w:t>
      </w:r>
      <w:r>
        <w:rPr>
          <w:b/>
        </w:rPr>
        <w:br/>
      </w:r>
      <w:proofErr w:type="gramStart"/>
      <w:r>
        <w:t>manager@aschamber.com  •</w:t>
      </w:r>
      <w:proofErr w:type="gramEnd"/>
      <w:r>
        <w:t xml:space="preserve">  250-546-8155</w:t>
      </w:r>
      <w:r>
        <w:br/>
      </w:r>
      <w:r>
        <w:rPr>
          <w:b/>
          <w:color w:val="E85D04"/>
        </w:rPr>
        <w:t xml:space="preserve">Let’s fill downtown with scarecrows and give everyone a reason to Discover Downtown! </w:t>
      </w:r>
    </w:p>
    <w:sectPr w:rsidR="00C46557" w:rsidSect="00034616">
      <w:pgSz w:w="12240" w:h="15840"/>
      <w:pgMar w:top="792" w:right="1123" w:bottom="792" w:left="112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2240934">
    <w:abstractNumId w:val="8"/>
  </w:num>
  <w:num w:numId="2" w16cid:durableId="491796906">
    <w:abstractNumId w:val="6"/>
  </w:num>
  <w:num w:numId="3" w16cid:durableId="1702316394">
    <w:abstractNumId w:val="5"/>
  </w:num>
  <w:num w:numId="4" w16cid:durableId="970479523">
    <w:abstractNumId w:val="4"/>
  </w:num>
  <w:num w:numId="5" w16cid:durableId="267127157">
    <w:abstractNumId w:val="7"/>
  </w:num>
  <w:num w:numId="6" w16cid:durableId="1274089145">
    <w:abstractNumId w:val="3"/>
  </w:num>
  <w:num w:numId="7" w16cid:durableId="531454398">
    <w:abstractNumId w:val="2"/>
  </w:num>
  <w:num w:numId="8" w16cid:durableId="337118078">
    <w:abstractNumId w:val="1"/>
  </w:num>
  <w:num w:numId="9" w16cid:durableId="2077507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0E33"/>
    <w:rsid w:val="0015074B"/>
    <w:rsid w:val="0029639D"/>
    <w:rsid w:val="00326F90"/>
    <w:rsid w:val="00AA1D8D"/>
    <w:rsid w:val="00AA58DE"/>
    <w:rsid w:val="00AC6EA0"/>
    <w:rsid w:val="00B47730"/>
    <w:rsid w:val="00C46557"/>
    <w:rsid w:val="00CB0664"/>
    <w:rsid w:val="00CF0F8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1FFB82"/>
  <w14:defaultImageDpi w14:val="300"/>
  <w15:docId w15:val="{06111DC1-6D0C-40D6-9892-69A809C8E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Patti Noonan</cp:lastModifiedBy>
  <cp:revision>2</cp:revision>
  <cp:lastPrinted>2026-09-04T22:34:00Z</cp:lastPrinted>
  <dcterms:created xsi:type="dcterms:W3CDTF">2026-09-10T19:18:00Z</dcterms:created>
  <dcterms:modified xsi:type="dcterms:W3CDTF">2026-09-10T19:18:00Z</dcterms:modified>
  <cp:category/>
</cp:coreProperties>
</file>